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AE5D" w14:textId="091794D9" w:rsidR="00F1039B" w:rsidRPr="00F1039B" w:rsidRDefault="00F1039B" w:rsidP="00F1039B">
      <w:pPr>
        <w:pStyle w:val="AralkYok"/>
        <w:rPr>
          <w:rFonts w:ascii="Times New Roman" w:hAnsi="Times New Roman" w:cs="Times New Roman"/>
          <w:b/>
          <w:bCs/>
          <w:noProof/>
          <w:sz w:val="40"/>
          <w:szCs w:val="40"/>
          <w:lang w:val="tr-TR"/>
        </w:rPr>
      </w:pPr>
      <w:r w:rsidRPr="00F1039B">
        <w:rPr>
          <w:rFonts w:ascii="Times New Roman" w:hAnsi="Times New Roman" w:cs="Times New Roman"/>
          <w:b/>
          <w:bCs/>
          <w:noProof/>
          <w:sz w:val="40"/>
          <w:szCs w:val="40"/>
          <w:lang w:val="tr-TR"/>
        </w:rPr>
        <w:t>Düğün Şarkıcısı</w:t>
      </w:r>
    </w:p>
    <w:p w14:paraId="0BE1B3A5" w14:textId="77777777" w:rsidR="00F1039B" w:rsidRDefault="00F1039B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</w:p>
    <w:p w14:paraId="283B78C5" w14:textId="7F73E8C9" w:rsidR="00F1039B" w:rsidRDefault="00F1039B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D118D5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Gösterim Tarihi: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="00C241C5">
        <w:rPr>
          <w:rFonts w:ascii="Times New Roman" w:hAnsi="Times New Roman" w:cs="Times New Roman"/>
          <w:noProof/>
          <w:sz w:val="24"/>
          <w:szCs w:val="24"/>
          <w:lang w:val="tr-TR"/>
        </w:rPr>
        <w:t>01 Ocak 2027</w:t>
      </w:r>
    </w:p>
    <w:p w14:paraId="45455A88" w14:textId="5C3098B5" w:rsidR="00F1039B" w:rsidRDefault="00F1039B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D118D5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Dağıtım: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?????</w:t>
      </w:r>
    </w:p>
    <w:p w14:paraId="135FF5FD" w14:textId="16D50920" w:rsidR="00F1039B" w:rsidRDefault="00F1039B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D118D5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Yapım: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="003227D6">
        <w:rPr>
          <w:rFonts w:ascii="Times New Roman" w:hAnsi="Times New Roman" w:cs="Times New Roman"/>
          <w:noProof/>
          <w:sz w:val="24"/>
          <w:szCs w:val="24"/>
          <w:lang w:val="tr-TR"/>
        </w:rPr>
        <w:t>Rodim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>edya, Saros Film</w:t>
      </w:r>
    </w:p>
    <w:p w14:paraId="6E461E8F" w14:textId="1E8518F5" w:rsidR="00F1039B" w:rsidRDefault="00F1039B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D118D5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Yapımcı: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Rodi Kayım</w:t>
      </w:r>
    </w:p>
    <w:p w14:paraId="7025BC8A" w14:textId="414D40B2" w:rsidR="003227D6" w:rsidRDefault="003227D6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3227D6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Uygulayıcı Yapımcı: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Özkan Boz</w:t>
      </w:r>
    </w:p>
    <w:p w14:paraId="666EFBB4" w14:textId="543CCABC" w:rsidR="003227D6" w:rsidRDefault="003227D6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3227D6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 xml:space="preserve">Ortak Yapımcı: 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>Erdi Işık, Ahmet Katıksız, Suzan Sümeli</w:t>
      </w:r>
    </w:p>
    <w:p w14:paraId="4A411DD1" w14:textId="460D7CD0" w:rsidR="003227D6" w:rsidRDefault="003227D6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3227D6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Hikaye: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Erdi Işık</w:t>
      </w:r>
    </w:p>
    <w:p w14:paraId="2D883B23" w14:textId="56CD7FB0" w:rsidR="00F1039B" w:rsidRDefault="00F1039B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D118D5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Senaryo: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Erdi Işık</w:t>
      </w:r>
    </w:p>
    <w:p w14:paraId="53273D31" w14:textId="49CD4508" w:rsidR="003227D6" w:rsidRDefault="003227D6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3227D6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Yardımcı Yönetmen: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Beril Potok</w:t>
      </w:r>
    </w:p>
    <w:p w14:paraId="7E9DD4C1" w14:textId="6EC2319B" w:rsidR="003227D6" w:rsidRDefault="003227D6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3227D6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Sanat Yönetmeni: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Onur Tuğ</w:t>
      </w:r>
    </w:p>
    <w:p w14:paraId="397D0D02" w14:textId="27FA34F6" w:rsidR="003227D6" w:rsidRDefault="003227D6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3227D6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Kurgu: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Aziz İmamoğlu</w:t>
      </w:r>
    </w:p>
    <w:p w14:paraId="44FFB39B" w14:textId="5295C739" w:rsidR="003227D6" w:rsidRDefault="003227D6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3227D6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Müzik: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Cem Tuncer</w:t>
      </w:r>
    </w:p>
    <w:p w14:paraId="052C098D" w14:textId="4503F3BB" w:rsidR="003227D6" w:rsidRDefault="003227D6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3227D6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Görüntü Yönetmeni: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Sebastian Weber</w:t>
      </w:r>
    </w:p>
    <w:p w14:paraId="7B974A46" w14:textId="64458345" w:rsidR="00F1039B" w:rsidRDefault="00F1039B" w:rsidP="00F1039B">
      <w:pPr>
        <w:pStyle w:val="AralkYok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D118D5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Yönetmen: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Emre Aybek</w:t>
      </w:r>
    </w:p>
    <w:p w14:paraId="26694C0A" w14:textId="39677885" w:rsidR="00F1039B" w:rsidRDefault="00F1039B" w:rsidP="00F1039B">
      <w:pPr>
        <w:pStyle w:val="AralkYok"/>
        <w:rPr>
          <w:rFonts w:ascii="Times New Roman" w:hAnsi="Times New Roman" w:cs="Times New Roman"/>
          <w:noProof/>
          <w:sz w:val="24"/>
          <w:szCs w:val="24"/>
        </w:rPr>
      </w:pPr>
      <w:r w:rsidRPr="00D118D5">
        <w:rPr>
          <w:rFonts w:ascii="Times New Roman" w:hAnsi="Times New Roman" w:cs="Times New Roman"/>
          <w:b/>
          <w:bCs/>
          <w:noProof/>
          <w:sz w:val="24"/>
          <w:szCs w:val="24"/>
          <w:lang w:val="tr-TR"/>
        </w:rPr>
        <w:t>Oyuncular: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</w:t>
      </w:r>
      <w:r w:rsidR="00B44938" w:rsidRPr="00F1039B">
        <w:rPr>
          <w:rStyle w:val="Gl"/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>Yasemin Sakallıoğlu</w:t>
      </w:r>
      <w:r>
        <w:rPr>
          <w:rStyle w:val="Gl"/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Yi</w:t>
      </w:r>
      <w:r w:rsidR="00B44938" w:rsidRPr="00F1039B">
        <w:rPr>
          <w:rFonts w:ascii="Times New Roman" w:hAnsi="Times New Roman" w:cs="Times New Roman"/>
          <w:noProof/>
          <w:sz w:val="24"/>
          <w:szCs w:val="24"/>
        </w:rPr>
        <w:t>ğit Özşene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r, </w:t>
      </w:r>
      <w:r w:rsidR="00B44938" w:rsidRPr="00F1039B">
        <w:rPr>
          <w:rFonts w:ascii="Times New Roman" w:hAnsi="Times New Roman" w:cs="Times New Roman"/>
          <w:noProof/>
          <w:sz w:val="24"/>
          <w:szCs w:val="24"/>
        </w:rPr>
        <w:t>Tuba Ço</w:t>
      </w:r>
      <w:r w:rsidR="003227D6">
        <w:rPr>
          <w:rFonts w:ascii="Times New Roman" w:hAnsi="Times New Roman" w:cs="Times New Roman"/>
          <w:noProof/>
          <w:sz w:val="24"/>
          <w:szCs w:val="24"/>
        </w:rPr>
        <w:t>m</w:t>
      </w:r>
      <w:r w:rsidR="00B44938" w:rsidRPr="00F1039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227D6" w:rsidRPr="00F1039B">
        <w:rPr>
          <w:rFonts w:ascii="Times New Roman" w:hAnsi="Times New Roman" w:cs="Times New Roman"/>
          <w:noProof/>
          <w:sz w:val="24"/>
          <w:szCs w:val="24"/>
        </w:rPr>
        <w:t>Mehmet Korhan Fırat</w:t>
      </w:r>
      <w:r w:rsidR="003227D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B44938" w:rsidRPr="00F1039B">
        <w:rPr>
          <w:rFonts w:ascii="Times New Roman" w:hAnsi="Times New Roman" w:cs="Times New Roman"/>
          <w:noProof/>
          <w:sz w:val="24"/>
          <w:szCs w:val="24"/>
        </w:rPr>
        <w:t>Şahin Eryılmaz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B44938" w:rsidRPr="00F103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27D6">
        <w:rPr>
          <w:rFonts w:ascii="Times New Roman" w:hAnsi="Times New Roman" w:cs="Times New Roman"/>
          <w:noProof/>
          <w:sz w:val="24"/>
          <w:szCs w:val="24"/>
        </w:rPr>
        <w:t xml:space="preserve">Dilan Akbaş, Ali Aksöz, Abdurrahman Yunusoğlu, Senem Candeğer, Eren Yelçi, Mine Enkar, Selen Uçer, </w:t>
      </w:r>
      <w:r w:rsidR="00B44938" w:rsidRPr="00F1039B">
        <w:rPr>
          <w:rFonts w:ascii="Times New Roman" w:hAnsi="Times New Roman" w:cs="Times New Roman"/>
          <w:noProof/>
          <w:sz w:val="24"/>
          <w:szCs w:val="24"/>
        </w:rPr>
        <w:t>Hande Doğandemir, Ercan Saatçi, Levent Öktem</w:t>
      </w:r>
      <w:r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B44938" w:rsidRPr="00F1039B">
        <w:rPr>
          <w:rFonts w:ascii="Times New Roman" w:hAnsi="Times New Roman" w:cs="Times New Roman"/>
          <w:noProof/>
          <w:sz w:val="24"/>
          <w:szCs w:val="24"/>
        </w:rPr>
        <w:t>Bahadır Vatanoğlu</w:t>
      </w:r>
    </w:p>
    <w:p w14:paraId="2948A0A8" w14:textId="77777777" w:rsidR="00F1039B" w:rsidRDefault="00F1039B" w:rsidP="00F1039B">
      <w:pPr>
        <w:pStyle w:val="AralkYok"/>
        <w:rPr>
          <w:rFonts w:ascii="Times New Roman" w:hAnsi="Times New Roman" w:cs="Times New Roman"/>
          <w:noProof/>
          <w:sz w:val="24"/>
          <w:szCs w:val="24"/>
        </w:rPr>
      </w:pPr>
    </w:p>
    <w:p w14:paraId="30E05360" w14:textId="523E3ED2" w:rsidR="00D118D5" w:rsidRPr="00D118D5" w:rsidRDefault="00D118D5" w:rsidP="00F1039B">
      <w:pPr>
        <w:pStyle w:val="AralkYok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118D5">
        <w:rPr>
          <w:rFonts w:ascii="Times New Roman" w:hAnsi="Times New Roman" w:cs="Times New Roman"/>
          <w:b/>
          <w:bCs/>
          <w:noProof/>
          <w:sz w:val="24"/>
          <w:szCs w:val="24"/>
        </w:rPr>
        <w:t>Konu:</w:t>
      </w:r>
    </w:p>
    <w:p w14:paraId="67BF47C6" w14:textId="77777777" w:rsidR="00D118D5" w:rsidRDefault="00D118D5" w:rsidP="00F1039B">
      <w:pPr>
        <w:pStyle w:val="AralkYok"/>
        <w:rPr>
          <w:rFonts w:ascii="Times New Roman" w:hAnsi="Times New Roman" w:cs="Times New Roman"/>
          <w:noProof/>
          <w:sz w:val="24"/>
          <w:szCs w:val="24"/>
        </w:rPr>
      </w:pPr>
    </w:p>
    <w:p w14:paraId="53B0CBC1" w14:textId="5DC37F43" w:rsidR="000C7552" w:rsidRPr="00F1039B" w:rsidRDefault="00D118D5" w:rsidP="00F1039B">
      <w:pPr>
        <w:pStyle w:val="AralkYok"/>
        <w:rPr>
          <w:rFonts w:ascii="Times New Roman" w:hAnsi="Times New Roman" w:cs="Times New Roman"/>
          <w:noProof/>
          <w:sz w:val="24"/>
          <w:szCs w:val="24"/>
        </w:rPr>
      </w:pPr>
      <w:r w:rsidRPr="00F1039B">
        <w:rPr>
          <w:rStyle w:val="Vurgu"/>
          <w:rFonts w:ascii="Times New Roman" w:hAnsi="Times New Roman" w:cs="Times New Roman"/>
          <w:noProof/>
          <w:color w:val="000000" w:themeColor="text1"/>
          <w:sz w:val="24"/>
          <w:szCs w:val="24"/>
        </w:rPr>
        <w:t>Düğün Şarkıcısı</w:t>
      </w:r>
      <w:r w:rsidRPr="00F1039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B44938" w:rsidRPr="00F1039B">
        <w:rPr>
          <w:rFonts w:ascii="Times New Roman" w:hAnsi="Times New Roman" w:cs="Times New Roman"/>
          <w:noProof/>
          <w:sz w:val="24"/>
          <w:szCs w:val="24"/>
        </w:rPr>
        <w:t>İstiklal Caddesi’nin sokaklarından caz kulüplerine uzanan hikâyesiyle hayallerin ve kayıpların izini sürerken değişen bir şehrin, ülkenin ve dünyanın ruhuna da dokunuyor.</w:t>
      </w:r>
    </w:p>
    <w:sectPr w:rsidR="000C7552" w:rsidRPr="00F1039B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5678043">
    <w:abstractNumId w:val="8"/>
  </w:num>
  <w:num w:numId="2" w16cid:durableId="328295429">
    <w:abstractNumId w:val="6"/>
  </w:num>
  <w:num w:numId="3" w16cid:durableId="1071348965">
    <w:abstractNumId w:val="5"/>
  </w:num>
  <w:num w:numId="4" w16cid:durableId="629632260">
    <w:abstractNumId w:val="4"/>
  </w:num>
  <w:num w:numId="5" w16cid:durableId="508788730">
    <w:abstractNumId w:val="7"/>
  </w:num>
  <w:num w:numId="6" w16cid:durableId="1715999262">
    <w:abstractNumId w:val="3"/>
  </w:num>
  <w:num w:numId="7" w16cid:durableId="1747997661">
    <w:abstractNumId w:val="2"/>
  </w:num>
  <w:num w:numId="8" w16cid:durableId="650913611">
    <w:abstractNumId w:val="1"/>
  </w:num>
  <w:num w:numId="9" w16cid:durableId="906888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C63"/>
    <w:rsid w:val="00034616"/>
    <w:rsid w:val="0006063C"/>
    <w:rsid w:val="00065803"/>
    <w:rsid w:val="000C7552"/>
    <w:rsid w:val="0015074B"/>
    <w:rsid w:val="0029639D"/>
    <w:rsid w:val="003227D6"/>
    <w:rsid w:val="00326F90"/>
    <w:rsid w:val="004629BB"/>
    <w:rsid w:val="008D2D76"/>
    <w:rsid w:val="0095013E"/>
    <w:rsid w:val="009C5F2A"/>
    <w:rsid w:val="00A263AA"/>
    <w:rsid w:val="00AA1D8D"/>
    <w:rsid w:val="00B23705"/>
    <w:rsid w:val="00B44938"/>
    <w:rsid w:val="00B47730"/>
    <w:rsid w:val="00C241C5"/>
    <w:rsid w:val="00CB0664"/>
    <w:rsid w:val="00D118D5"/>
    <w:rsid w:val="00D35B70"/>
    <w:rsid w:val="00DD427F"/>
    <w:rsid w:val="00E01578"/>
    <w:rsid w:val="00F1039B"/>
    <w:rsid w:val="00F84C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81C9B8"/>
  <w14:defaultImageDpi w14:val="300"/>
  <w15:docId w15:val="{E7A996F3-259B-1746-9ECF-DA26137F0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462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Sadi Cilingir</cp:lastModifiedBy>
  <cp:revision>12</cp:revision>
  <dcterms:created xsi:type="dcterms:W3CDTF">2026-10-26T19:37:00Z</dcterms:created>
  <dcterms:modified xsi:type="dcterms:W3CDTF">2026-10-30T20:44:00Z</dcterms:modified>
  <cp:category/>
</cp:coreProperties>
</file>